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5140" w14:textId="58825B3A" w:rsidR="00292C54" w:rsidRPr="00731E0F" w:rsidRDefault="00731E0F" w:rsidP="009A0B98">
      <w:pPr>
        <w:spacing w:after="80" w:line="240" w:lineRule="auto"/>
        <w:jc w:val="center"/>
        <w:rPr>
          <w:lang w:val="nb-NO"/>
        </w:rPr>
      </w:pPr>
      <w:r w:rsidRPr="00731E0F">
        <w:rPr>
          <w:b/>
          <w:color w:val="1F4E79"/>
          <w:sz w:val="40"/>
          <w:lang w:val="nb-NO"/>
        </w:rPr>
        <w:t>ENDRINGSMELDING</w:t>
      </w:r>
      <w:r w:rsidR="00000000" w:rsidRPr="00731E0F">
        <w:rPr>
          <w:b/>
          <w:color w:val="1F4E79"/>
          <w:sz w:val="40"/>
          <w:lang w:val="nb-NO"/>
        </w:rPr>
        <w:t xml:space="preserve"> – </w:t>
      </w:r>
      <w:r w:rsidRPr="00731E0F">
        <w:rPr>
          <w:b/>
          <w:color w:val="1F4E79"/>
          <w:sz w:val="40"/>
          <w:lang w:val="nb-NO"/>
        </w:rPr>
        <w:t>EL</w:t>
      </w:r>
      <w:r>
        <w:rPr>
          <w:b/>
          <w:color w:val="1F4E79"/>
          <w:sz w:val="40"/>
          <w:lang w:val="nb-NO"/>
        </w:rPr>
        <w:t>EV MED TFO</w:t>
      </w:r>
    </w:p>
    <w:p w14:paraId="1257E7E8" w14:textId="31C2CF5D" w:rsidR="00292C54" w:rsidRPr="00731E0F" w:rsidRDefault="00000000" w:rsidP="009A0B98">
      <w:pPr>
        <w:spacing w:after="480" w:line="240" w:lineRule="auto"/>
        <w:jc w:val="center"/>
        <w:rPr>
          <w:lang w:val="nb-NO"/>
        </w:rPr>
      </w:pPr>
      <w:r w:rsidRPr="00731E0F">
        <w:rPr>
          <w:color w:val="5B6570"/>
          <w:lang w:val="nb-NO"/>
        </w:rPr>
        <w:t>Elev som bytter skole</w:t>
      </w:r>
      <w:r w:rsidR="009A0B98">
        <w:rPr>
          <w:color w:val="5B6570"/>
          <w:lang w:val="nb-NO"/>
        </w:rPr>
        <w:t xml:space="preserve"> eller skal ha opphør av TFO</w:t>
      </w:r>
    </w:p>
    <w:tbl>
      <w:tblPr>
        <w:tblW w:w="9026" w:type="dxa"/>
        <w:tblLayout w:type="fixed"/>
        <w:tblLook w:val="04A0" w:firstRow="1" w:lastRow="0" w:firstColumn="1" w:lastColumn="0" w:noHBand="0" w:noVBand="1"/>
      </w:tblPr>
      <w:tblGrid>
        <w:gridCol w:w="9026"/>
      </w:tblGrid>
      <w:tr w:rsidR="00292C54" w:rsidRPr="009A0B98" w14:paraId="2FFA179C" w14:textId="77777777">
        <w:tc>
          <w:tcPr>
            <w:tcW w:w="9026" w:type="dxa"/>
            <w:tcBorders>
              <w:top w:val="single" w:sz="8" w:space="0" w:color="AEB8C2"/>
              <w:left w:val="single" w:sz="8" w:space="0" w:color="AEB8C2"/>
              <w:bottom w:val="single" w:sz="8" w:space="0" w:color="AEB8C2"/>
              <w:right w:val="single" w:sz="8" w:space="0" w:color="AEB8C2"/>
            </w:tcBorders>
            <w:shd w:val="clear" w:color="auto" w:fill="EAF1F7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51687916" w14:textId="41DA8BA3" w:rsidR="00292C54" w:rsidRPr="00731E0F" w:rsidRDefault="00000000">
            <w:pPr>
              <w:spacing w:after="0"/>
              <w:rPr>
                <w:lang w:val="nb-NO"/>
              </w:rPr>
            </w:pPr>
            <w:r w:rsidRPr="00731E0F">
              <w:rPr>
                <w:b/>
                <w:color w:val="1F2933"/>
                <w:lang w:val="nb-NO"/>
              </w:rPr>
              <w:t>Elevens navn</w:t>
            </w:r>
            <w:r w:rsidR="00731E0F" w:rsidRPr="00731E0F">
              <w:rPr>
                <w:b/>
                <w:color w:val="1F2933"/>
                <w:lang w:val="nb-NO"/>
              </w:rPr>
              <w:t xml:space="preserve"> (etternavn, fornavn) og fødselsdato</w:t>
            </w:r>
            <w:r w:rsidRPr="00731E0F">
              <w:rPr>
                <w:b/>
                <w:color w:val="1F2933"/>
                <w:lang w:val="nb-NO"/>
              </w:rPr>
              <w:t>:</w:t>
            </w:r>
          </w:p>
        </w:tc>
      </w:tr>
      <w:tr w:rsidR="00292C54" w:rsidRPr="009A0B98" w14:paraId="4F1A15D0" w14:textId="77777777">
        <w:tc>
          <w:tcPr>
            <w:tcW w:w="9026" w:type="dxa"/>
            <w:tcBorders>
              <w:top w:val="single" w:sz="8" w:space="0" w:color="AEB8C2"/>
              <w:left w:val="single" w:sz="8" w:space="0" w:color="AEB8C2"/>
              <w:bottom w:val="single" w:sz="8" w:space="0" w:color="AEB8C2"/>
              <w:right w:val="single" w:sz="8" w:space="0" w:color="AEB8C2"/>
            </w:tcBorders>
            <w:tcMar>
              <w:top w:w="260" w:type="dxa"/>
              <w:left w:w="180" w:type="dxa"/>
              <w:bottom w:w="260" w:type="dxa"/>
              <w:right w:w="180" w:type="dxa"/>
            </w:tcMar>
            <w:vAlign w:val="center"/>
          </w:tcPr>
          <w:p w14:paraId="2868949D" w14:textId="449BFD25" w:rsidR="00292C54" w:rsidRPr="00731E0F" w:rsidRDefault="00292C54" w:rsidP="009A0B98">
            <w:pPr>
              <w:spacing w:after="0" w:line="240" w:lineRule="auto"/>
              <w:rPr>
                <w:lang w:val="nb-NO"/>
              </w:rPr>
            </w:pPr>
          </w:p>
        </w:tc>
      </w:tr>
    </w:tbl>
    <w:p w14:paraId="36C3B10B" w14:textId="77777777" w:rsidR="00292C54" w:rsidRPr="00731E0F" w:rsidRDefault="00292C54">
      <w:pPr>
        <w:spacing w:after="200"/>
        <w:rPr>
          <w:lang w:val="nb-NO"/>
        </w:rPr>
      </w:pPr>
    </w:p>
    <w:tbl>
      <w:tblPr>
        <w:tblW w:w="9026" w:type="dxa"/>
        <w:tblLayout w:type="fixed"/>
        <w:tblLook w:val="04A0" w:firstRow="1" w:lastRow="0" w:firstColumn="1" w:lastColumn="0" w:noHBand="0" w:noVBand="1"/>
      </w:tblPr>
      <w:tblGrid>
        <w:gridCol w:w="9026"/>
      </w:tblGrid>
      <w:tr w:rsidR="00292C54" w:rsidRPr="009A0B98" w14:paraId="1C33FB39" w14:textId="77777777">
        <w:tc>
          <w:tcPr>
            <w:tcW w:w="9026" w:type="dxa"/>
            <w:tcBorders>
              <w:top w:val="single" w:sz="8" w:space="0" w:color="AEB8C2"/>
              <w:left w:val="single" w:sz="8" w:space="0" w:color="AEB8C2"/>
              <w:bottom w:val="single" w:sz="8" w:space="0" w:color="AEB8C2"/>
              <w:right w:val="single" w:sz="8" w:space="0" w:color="AEB8C2"/>
            </w:tcBorders>
            <w:shd w:val="clear" w:color="auto" w:fill="EAF1F7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0C6BBCBB" w14:textId="2DA455D7" w:rsidR="00292C54" w:rsidRPr="00731E0F" w:rsidRDefault="00731E0F">
            <w:pPr>
              <w:spacing w:after="0"/>
              <w:rPr>
                <w:lang w:val="nb-NO"/>
              </w:rPr>
            </w:pPr>
            <w:r>
              <w:rPr>
                <w:b/>
                <w:color w:val="1F2933"/>
                <w:lang w:val="nb-NO"/>
              </w:rPr>
              <w:t>Avgivende skole / s</w:t>
            </w:r>
            <w:r w:rsidR="00000000" w:rsidRPr="00731E0F">
              <w:rPr>
                <w:b/>
                <w:color w:val="1F2933"/>
                <w:lang w:val="nb-NO"/>
              </w:rPr>
              <w:t>kole eleven bytter fra</w:t>
            </w:r>
            <w:r w:rsidRPr="00731E0F">
              <w:rPr>
                <w:b/>
                <w:color w:val="1F2933"/>
                <w:lang w:val="nb-NO"/>
              </w:rPr>
              <w:t xml:space="preserve"> (evt.</w:t>
            </w:r>
            <w:r>
              <w:rPr>
                <w:b/>
                <w:color w:val="1F2933"/>
                <w:lang w:val="nb-NO"/>
              </w:rPr>
              <w:t xml:space="preserve"> også kommune for elever som kommer fra andre kommuner)</w:t>
            </w:r>
            <w:r w:rsidR="00000000" w:rsidRPr="00731E0F">
              <w:rPr>
                <w:b/>
                <w:color w:val="1F2933"/>
                <w:lang w:val="nb-NO"/>
              </w:rPr>
              <w:t>:</w:t>
            </w:r>
          </w:p>
        </w:tc>
      </w:tr>
      <w:tr w:rsidR="00292C54" w:rsidRPr="009A0B98" w14:paraId="639A102F" w14:textId="77777777" w:rsidTr="009A0B98">
        <w:trPr>
          <w:trHeight w:val="25"/>
        </w:trPr>
        <w:tc>
          <w:tcPr>
            <w:tcW w:w="9026" w:type="dxa"/>
            <w:tcBorders>
              <w:top w:val="single" w:sz="8" w:space="0" w:color="AEB8C2"/>
              <w:left w:val="single" w:sz="8" w:space="0" w:color="AEB8C2"/>
              <w:bottom w:val="single" w:sz="8" w:space="0" w:color="AEB8C2"/>
              <w:right w:val="single" w:sz="8" w:space="0" w:color="AEB8C2"/>
            </w:tcBorders>
            <w:tcMar>
              <w:top w:w="260" w:type="dxa"/>
              <w:left w:w="180" w:type="dxa"/>
              <w:bottom w:w="260" w:type="dxa"/>
              <w:right w:w="180" w:type="dxa"/>
            </w:tcMar>
            <w:vAlign w:val="center"/>
          </w:tcPr>
          <w:p w14:paraId="11397068" w14:textId="1CB23411" w:rsidR="00292C54" w:rsidRPr="00731E0F" w:rsidRDefault="00292C54" w:rsidP="009A0B98">
            <w:pPr>
              <w:spacing w:after="0" w:line="240" w:lineRule="auto"/>
              <w:rPr>
                <w:lang w:val="nb-NO"/>
              </w:rPr>
            </w:pPr>
          </w:p>
        </w:tc>
      </w:tr>
    </w:tbl>
    <w:p w14:paraId="286BC314" w14:textId="77777777" w:rsidR="00292C54" w:rsidRPr="00731E0F" w:rsidRDefault="00292C54">
      <w:pPr>
        <w:spacing w:after="200"/>
        <w:rPr>
          <w:lang w:val="nb-NO"/>
        </w:rPr>
      </w:pPr>
    </w:p>
    <w:tbl>
      <w:tblPr>
        <w:tblW w:w="9026" w:type="dxa"/>
        <w:tblLayout w:type="fixed"/>
        <w:tblLook w:val="04A0" w:firstRow="1" w:lastRow="0" w:firstColumn="1" w:lastColumn="0" w:noHBand="0" w:noVBand="1"/>
      </w:tblPr>
      <w:tblGrid>
        <w:gridCol w:w="9026"/>
      </w:tblGrid>
      <w:tr w:rsidR="00292C54" w:rsidRPr="009A0B98" w14:paraId="0D8887F0" w14:textId="77777777">
        <w:tc>
          <w:tcPr>
            <w:tcW w:w="9026" w:type="dxa"/>
            <w:tcBorders>
              <w:top w:val="single" w:sz="8" w:space="0" w:color="AEB8C2"/>
              <w:left w:val="single" w:sz="8" w:space="0" w:color="AEB8C2"/>
              <w:bottom w:val="single" w:sz="8" w:space="0" w:color="AEB8C2"/>
              <w:right w:val="single" w:sz="8" w:space="0" w:color="AEB8C2"/>
            </w:tcBorders>
            <w:shd w:val="clear" w:color="auto" w:fill="EAF1F7"/>
            <w:tcMar>
              <w:top w:w="130" w:type="dxa"/>
              <w:left w:w="180" w:type="dxa"/>
              <w:bottom w:w="130" w:type="dxa"/>
              <w:right w:w="180" w:type="dxa"/>
            </w:tcMar>
            <w:vAlign w:val="center"/>
          </w:tcPr>
          <w:p w14:paraId="49278E3D" w14:textId="4F431680" w:rsidR="00292C54" w:rsidRPr="00731E0F" w:rsidRDefault="009A0B98">
            <w:pPr>
              <w:spacing w:after="0"/>
              <w:rPr>
                <w:lang w:val="nb-NO"/>
              </w:rPr>
            </w:pPr>
            <w:r>
              <w:rPr>
                <w:b/>
                <w:color w:val="1F2933"/>
                <w:lang w:val="nb-NO"/>
              </w:rPr>
              <w:t>Ved skolebytte fyll inn m</w:t>
            </w:r>
            <w:r w:rsidR="00731E0F" w:rsidRPr="00731E0F">
              <w:rPr>
                <w:b/>
                <w:color w:val="1F2933"/>
                <w:lang w:val="nb-NO"/>
              </w:rPr>
              <w:t>ottakende skole / s</w:t>
            </w:r>
            <w:r w:rsidR="00000000" w:rsidRPr="00731E0F">
              <w:rPr>
                <w:b/>
                <w:color w:val="1F2933"/>
                <w:lang w:val="nb-NO"/>
              </w:rPr>
              <w:t xml:space="preserve">kole eleven </w:t>
            </w:r>
            <w:r w:rsidR="00731E0F" w:rsidRPr="00731E0F">
              <w:rPr>
                <w:b/>
                <w:color w:val="1F2933"/>
                <w:lang w:val="nb-NO"/>
              </w:rPr>
              <w:t>bytter til</w:t>
            </w:r>
            <w:r w:rsidR="00000000" w:rsidRPr="00731E0F">
              <w:rPr>
                <w:b/>
                <w:color w:val="1F2933"/>
                <w:lang w:val="nb-NO"/>
              </w:rPr>
              <w:t>:</w:t>
            </w:r>
          </w:p>
        </w:tc>
      </w:tr>
      <w:tr w:rsidR="00292C54" w:rsidRPr="009A0B98" w14:paraId="5D0C287A" w14:textId="77777777">
        <w:tc>
          <w:tcPr>
            <w:tcW w:w="9026" w:type="dxa"/>
            <w:tcBorders>
              <w:top w:val="single" w:sz="8" w:space="0" w:color="AEB8C2"/>
              <w:left w:val="single" w:sz="8" w:space="0" w:color="AEB8C2"/>
              <w:bottom w:val="single" w:sz="8" w:space="0" w:color="AEB8C2"/>
              <w:right w:val="single" w:sz="8" w:space="0" w:color="AEB8C2"/>
            </w:tcBorders>
            <w:tcMar>
              <w:top w:w="260" w:type="dxa"/>
              <w:left w:w="180" w:type="dxa"/>
              <w:bottom w:w="260" w:type="dxa"/>
              <w:right w:w="180" w:type="dxa"/>
            </w:tcMar>
            <w:vAlign w:val="center"/>
          </w:tcPr>
          <w:p w14:paraId="49D3CA7E" w14:textId="77777777" w:rsidR="00292C54" w:rsidRPr="00731E0F" w:rsidRDefault="00000000" w:rsidP="009A0B98">
            <w:pPr>
              <w:spacing w:after="0" w:line="240" w:lineRule="auto"/>
              <w:rPr>
                <w:lang w:val="nb-NO"/>
              </w:rPr>
            </w:pPr>
            <w:r w:rsidRPr="00731E0F">
              <w:rPr>
                <w:color w:val="1F2933"/>
                <w:sz w:val="24"/>
                <w:lang w:val="nb-NO"/>
              </w:rPr>
              <w:t xml:space="preserve"> </w:t>
            </w:r>
          </w:p>
        </w:tc>
      </w:tr>
    </w:tbl>
    <w:p w14:paraId="3679AEF5" w14:textId="77777777" w:rsidR="00292C54" w:rsidRDefault="00292C54">
      <w:pPr>
        <w:spacing w:after="200"/>
        <w:rPr>
          <w:lang w:val="nb-NO"/>
        </w:rPr>
      </w:pPr>
    </w:p>
    <w:p w14:paraId="3F616A71" w14:textId="0A2B530A" w:rsidR="009A0B98" w:rsidRDefault="009A0B98" w:rsidP="009A0B98">
      <w:pPr>
        <w:spacing w:after="200"/>
        <w:rPr>
          <w:color w:val="1F2933"/>
          <w:sz w:val="24"/>
          <w:lang w:val="nb-NO"/>
        </w:rPr>
      </w:pPr>
      <w:r w:rsidRPr="00731E0F">
        <w:rPr>
          <w:noProof/>
          <w:color w:val="1F2933"/>
          <w:sz w:val="24"/>
          <w:lang w:val="nb-NO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73D5935" wp14:editId="23CE67A0">
                <wp:simplePos x="0" y="0"/>
                <wp:positionH relativeFrom="column">
                  <wp:posOffset>1101090</wp:posOffset>
                </wp:positionH>
                <wp:positionV relativeFrom="paragraph">
                  <wp:posOffset>246380</wp:posOffset>
                </wp:positionV>
                <wp:extent cx="238125" cy="238125"/>
                <wp:effectExtent l="0" t="0" r="28575" b="28575"/>
                <wp:wrapNone/>
                <wp:docPr id="165978925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DCFF" w14:textId="77777777" w:rsidR="009A0B98" w:rsidRPr="00731E0F" w:rsidRDefault="009A0B98" w:rsidP="009A0B98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D593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86.7pt;margin-top:19.4pt;width:18.75pt;height:18.7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">
                <v:textbox>
                  <w:txbxContent>
                    <w:p w14:paraId="0541DCFF" w14:textId="77777777" w:rsidR="009A0B98" w:rsidRPr="00731E0F" w:rsidRDefault="009A0B98" w:rsidP="009A0B98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1E0F">
        <w:rPr>
          <w:noProof/>
          <w:color w:val="1F2933"/>
          <w:sz w:val="24"/>
          <w:lang w:val="nb-NO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720B962C" wp14:editId="418D13CA">
                <wp:simplePos x="0" y="0"/>
                <wp:positionH relativeFrom="column">
                  <wp:posOffset>291465</wp:posOffset>
                </wp:positionH>
                <wp:positionV relativeFrom="paragraph">
                  <wp:posOffset>246380</wp:posOffset>
                </wp:positionV>
                <wp:extent cx="238125" cy="238125"/>
                <wp:effectExtent l="0" t="0" r="28575" b="28575"/>
                <wp:wrapNone/>
                <wp:docPr id="86144110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D9756" w14:textId="77777777" w:rsidR="009A0B98" w:rsidRPr="00731E0F" w:rsidRDefault="009A0B98" w:rsidP="009A0B98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B962C" id="_x0000_s1027" type="#_x0000_t202" style="position:absolute;margin-left:22.95pt;margin-top:19.4pt;width:18.75pt;height:18.7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">
                <v:textbox>
                  <w:txbxContent>
                    <w:p w14:paraId="6E1D9756" w14:textId="77777777" w:rsidR="009A0B98" w:rsidRPr="00731E0F" w:rsidRDefault="009A0B98" w:rsidP="009A0B98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1F2933"/>
          <w:sz w:val="24"/>
          <w:lang w:val="nb-NO"/>
        </w:rPr>
        <w:t xml:space="preserve">Gjelder endringen </w:t>
      </w:r>
      <w:r>
        <w:rPr>
          <w:color w:val="1F2933"/>
          <w:sz w:val="24"/>
          <w:lang w:val="nb-NO"/>
        </w:rPr>
        <w:t>opphør av TFO</w:t>
      </w:r>
    </w:p>
    <w:p w14:paraId="15364F49" w14:textId="16CD20F9" w:rsidR="009A0B98" w:rsidRDefault="009A0B98">
      <w:pPr>
        <w:spacing w:after="200"/>
        <w:rPr>
          <w:lang w:val="nb-NO"/>
        </w:rPr>
      </w:pPr>
      <w:r>
        <w:rPr>
          <w:color w:val="1F2933"/>
          <w:sz w:val="24"/>
          <w:lang w:val="nb-NO"/>
        </w:rPr>
        <w:t>JA</w:t>
      </w:r>
      <w:r>
        <w:rPr>
          <w:color w:val="1F2933"/>
          <w:sz w:val="24"/>
          <w:lang w:val="nb-NO"/>
        </w:rPr>
        <w:t xml:space="preserve">             </w:t>
      </w:r>
      <w:r>
        <w:rPr>
          <w:color w:val="1F2933"/>
          <w:sz w:val="24"/>
          <w:lang w:val="nb-NO"/>
        </w:rPr>
        <w:t>NEI</w:t>
      </w:r>
    </w:p>
    <w:p w14:paraId="48E23684" w14:textId="77777777" w:rsidR="009A0B98" w:rsidRDefault="009A0B98" w:rsidP="009A0B98">
      <w:pPr>
        <w:spacing w:after="200"/>
        <w:rPr>
          <w:color w:val="1F2933"/>
          <w:sz w:val="24"/>
          <w:lang w:val="nb-NO"/>
        </w:rPr>
      </w:pPr>
      <w:r>
        <w:rPr>
          <w:color w:val="1F2933"/>
          <w:sz w:val="24"/>
          <w:lang w:val="nb-NO"/>
        </w:rPr>
        <w:t>Hvis JA gjennomfør følgende før endringsmelding sendes til Mottaksskolen:</w:t>
      </w:r>
    </w:p>
    <w:p w14:paraId="16FCFF5B" w14:textId="50C66CDA" w:rsidR="00731E0F" w:rsidRPr="009A0B98" w:rsidRDefault="009A0B98" w:rsidP="009A0B98">
      <w:pPr>
        <w:pStyle w:val="Listeavsnitt"/>
        <w:numPr>
          <w:ilvl w:val="0"/>
          <w:numId w:val="11"/>
        </w:numPr>
        <w:spacing w:after="200"/>
        <w:rPr>
          <w:lang w:val="nb-NO"/>
        </w:rPr>
      </w:pPr>
      <w:r>
        <w:rPr>
          <w:color w:val="1F2933"/>
          <w:sz w:val="24"/>
          <w:lang w:val="nb-NO"/>
        </w:rPr>
        <w:t>Fyll ut skjema for opphør i</w:t>
      </w:r>
      <w:r w:rsidRPr="009A0B98">
        <w:rPr>
          <w:color w:val="1F2933"/>
          <w:sz w:val="24"/>
          <w:lang w:val="nb-NO"/>
        </w:rPr>
        <w:t xml:space="preserve"> VSS</w:t>
      </w:r>
      <w:r>
        <w:rPr>
          <w:color w:val="1F2933"/>
          <w:sz w:val="24"/>
          <w:lang w:val="nb-NO"/>
        </w:rPr>
        <w:t>.</w:t>
      </w:r>
      <w:r>
        <w:rPr>
          <w:color w:val="1F2933"/>
          <w:sz w:val="24"/>
          <w:lang w:val="nb-NO"/>
        </w:rPr>
        <w:br/>
      </w:r>
    </w:p>
    <w:p w14:paraId="0CCAD054" w14:textId="5E965A51" w:rsidR="009A0B98" w:rsidRDefault="009A0B98">
      <w:pPr>
        <w:spacing w:after="200"/>
        <w:rPr>
          <w:color w:val="1F2933"/>
          <w:sz w:val="24"/>
          <w:lang w:val="nb-NO"/>
        </w:rPr>
      </w:pPr>
      <w:r w:rsidRPr="00731E0F">
        <w:rPr>
          <w:noProof/>
          <w:color w:val="1F2933"/>
          <w:sz w:val="24"/>
          <w:lang w:val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A9DA133" wp14:editId="2D93197B">
                <wp:simplePos x="0" y="0"/>
                <wp:positionH relativeFrom="column">
                  <wp:posOffset>1082040</wp:posOffset>
                </wp:positionH>
                <wp:positionV relativeFrom="paragraph">
                  <wp:posOffset>246380</wp:posOffset>
                </wp:positionV>
                <wp:extent cx="238125" cy="238125"/>
                <wp:effectExtent l="0" t="0" r="28575" b="28575"/>
                <wp:wrapNone/>
                <wp:docPr id="19872135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00C39" w14:textId="77777777" w:rsidR="00731E0F" w:rsidRPr="00731E0F" w:rsidRDefault="00731E0F" w:rsidP="00731E0F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DA133" id="_x0000_s1028" type="#_x0000_t202" style="position:absolute;margin-left:85.2pt;margin-top:19.4pt;width:18.7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">
                <v:textbox>
                  <w:txbxContent>
                    <w:p w14:paraId="6BB00C39" w14:textId="77777777" w:rsidR="00731E0F" w:rsidRPr="00731E0F" w:rsidRDefault="00731E0F" w:rsidP="00731E0F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1E0F">
        <w:rPr>
          <w:noProof/>
          <w:color w:val="1F2933"/>
          <w:sz w:val="24"/>
          <w:lang w:val="nb-NO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5BA452C" wp14:editId="355E6A42">
                <wp:simplePos x="0" y="0"/>
                <wp:positionH relativeFrom="column">
                  <wp:posOffset>291465</wp:posOffset>
                </wp:positionH>
                <wp:positionV relativeFrom="paragraph">
                  <wp:posOffset>246380</wp:posOffset>
                </wp:positionV>
                <wp:extent cx="238125" cy="238125"/>
                <wp:effectExtent l="0" t="0" r="28575" b="28575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EECAE" w14:textId="131520F0" w:rsidR="00731E0F" w:rsidRPr="00731E0F" w:rsidRDefault="00731E0F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452C" id="_x0000_s1029" type="#_x0000_t202" style="position:absolute;margin-left:22.95pt;margin-top:19.4pt;width:18.75pt;height:1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">
                <v:textbox>
                  <w:txbxContent>
                    <w:p w14:paraId="2B1EECAE" w14:textId="131520F0" w:rsidR="00731E0F" w:rsidRPr="00731E0F" w:rsidRDefault="00731E0F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1F2933"/>
          <w:sz w:val="24"/>
          <w:lang w:val="nb-NO"/>
        </w:rPr>
        <w:t>Gjelder endringen elev som k</w:t>
      </w:r>
      <w:r w:rsidR="00731E0F">
        <w:rPr>
          <w:color w:val="1F2933"/>
          <w:sz w:val="24"/>
          <w:lang w:val="nb-NO"/>
        </w:rPr>
        <w:t>ommer eleven fra en annen kommune (sett kryss):</w:t>
      </w:r>
    </w:p>
    <w:p w14:paraId="7821D7F1" w14:textId="45F5FAF5" w:rsidR="00731E0F" w:rsidRDefault="00731E0F">
      <w:pPr>
        <w:spacing w:after="200"/>
        <w:rPr>
          <w:color w:val="1F2933"/>
          <w:sz w:val="24"/>
          <w:lang w:val="nb-NO"/>
        </w:rPr>
      </w:pPr>
      <w:r>
        <w:rPr>
          <w:color w:val="1F2933"/>
          <w:sz w:val="24"/>
          <w:lang w:val="nb-NO"/>
        </w:rPr>
        <w:t xml:space="preserve">JA </w:t>
      </w:r>
      <w:r w:rsidR="009A0B98">
        <w:rPr>
          <w:color w:val="1F2933"/>
          <w:sz w:val="24"/>
          <w:lang w:val="nb-NO"/>
        </w:rPr>
        <w:t xml:space="preserve">            </w:t>
      </w:r>
      <w:r>
        <w:rPr>
          <w:color w:val="1F2933"/>
          <w:sz w:val="24"/>
          <w:lang w:val="nb-NO"/>
        </w:rPr>
        <w:t>NEI</w:t>
      </w:r>
      <w:r>
        <w:rPr>
          <w:color w:val="1F2933"/>
          <w:sz w:val="24"/>
          <w:lang w:val="nb-NO"/>
        </w:rPr>
        <w:br/>
      </w:r>
      <w:r w:rsidR="009A0B98">
        <w:rPr>
          <w:color w:val="1F2933"/>
          <w:sz w:val="24"/>
          <w:lang w:val="nb-NO"/>
        </w:rPr>
        <w:br/>
      </w:r>
      <w:r>
        <w:rPr>
          <w:color w:val="1F2933"/>
          <w:sz w:val="24"/>
          <w:lang w:val="nb-NO"/>
        </w:rPr>
        <w:t>Hvis JA gjennomfør følgende før endringsmelding sendes til Mottaksskolen:</w:t>
      </w:r>
    </w:p>
    <w:p w14:paraId="522E674F" w14:textId="0FA174C9" w:rsidR="00731E0F" w:rsidRPr="00731E0F" w:rsidRDefault="00731E0F" w:rsidP="00731E0F">
      <w:pPr>
        <w:pStyle w:val="Listeavsnitt"/>
        <w:numPr>
          <w:ilvl w:val="0"/>
          <w:numId w:val="10"/>
        </w:numPr>
        <w:spacing w:after="200"/>
        <w:rPr>
          <w:lang w:val="nb-NO"/>
        </w:rPr>
      </w:pPr>
      <w:r>
        <w:rPr>
          <w:color w:val="1F2933"/>
          <w:sz w:val="24"/>
          <w:lang w:val="nb-NO"/>
        </w:rPr>
        <w:t>Eleven er kartlagt med KGN og utskrift er lastet opp i VSS.</w:t>
      </w:r>
    </w:p>
    <w:p w14:paraId="1734FB88" w14:textId="77777777" w:rsidR="009A0B98" w:rsidRPr="009A0B98" w:rsidRDefault="00731E0F" w:rsidP="00731E0F">
      <w:pPr>
        <w:pStyle w:val="Listeavsnitt"/>
        <w:numPr>
          <w:ilvl w:val="0"/>
          <w:numId w:val="10"/>
        </w:numPr>
        <w:spacing w:after="200"/>
        <w:rPr>
          <w:lang w:val="nb-NO"/>
        </w:rPr>
      </w:pPr>
      <w:r>
        <w:rPr>
          <w:color w:val="1F2933"/>
          <w:sz w:val="24"/>
          <w:lang w:val="nb-NO"/>
        </w:rPr>
        <w:t>Orientering og samtale er fylt ut og samtykke er innhentet</w:t>
      </w:r>
    </w:p>
    <w:p w14:paraId="0E8B50A9" w14:textId="054B812D" w:rsidR="00731E0F" w:rsidRPr="009A0B98" w:rsidRDefault="009A0B98" w:rsidP="009A0B98">
      <w:pPr>
        <w:spacing w:after="200"/>
        <w:rPr>
          <w:i/>
          <w:iCs/>
          <w:lang w:val="nb-NO"/>
        </w:rPr>
      </w:pPr>
      <w:r>
        <w:rPr>
          <w:lang w:val="nb-NO"/>
        </w:rPr>
        <w:br/>
      </w:r>
      <w:r w:rsidR="00731E0F" w:rsidRPr="009A0B98">
        <w:rPr>
          <w:i/>
          <w:iCs/>
          <w:lang w:val="nb-NO"/>
        </w:rPr>
        <w:t>Endringsmeldingen sendes ferdig utfylt på e-post til:</w:t>
      </w:r>
    </w:p>
    <w:p w14:paraId="7C19ACF4" w14:textId="1016A6BE" w:rsidR="00731E0F" w:rsidRDefault="000228A2" w:rsidP="00731E0F">
      <w:pPr>
        <w:spacing w:after="200"/>
        <w:rPr>
          <w:lang w:val="nb-NO"/>
        </w:rPr>
      </w:pPr>
      <w:hyperlink r:id="rId9" w:history="1">
        <w:r w:rsidRPr="00BA6D87">
          <w:rPr>
            <w:rStyle w:val="Hyperkobling"/>
            <w:lang w:val="nb-NO"/>
          </w:rPr>
          <w:t>hilde.seim.olimstad@kristiansand.kommune.no</w:t>
        </w:r>
      </w:hyperlink>
    </w:p>
    <w:p w14:paraId="0210D349" w14:textId="626C8670" w:rsidR="00731E0F" w:rsidRPr="00731E0F" w:rsidRDefault="00731E0F" w:rsidP="00731E0F">
      <w:pPr>
        <w:spacing w:after="200"/>
        <w:rPr>
          <w:lang w:val="nb-NO"/>
        </w:rPr>
      </w:pPr>
      <w:hyperlink r:id="rId10" w:history="1">
        <w:r w:rsidRPr="00BA6D87">
          <w:rPr>
            <w:rStyle w:val="Hyperkobling"/>
            <w:lang w:val="nb-NO"/>
          </w:rPr>
          <w:t>inger.lise.stokkeland.velazco@kristiansand.kommune.no</w:t>
        </w:r>
      </w:hyperlink>
      <w:r>
        <w:rPr>
          <w:lang w:val="nb-NO"/>
        </w:rPr>
        <w:t xml:space="preserve"> </w:t>
      </w:r>
    </w:p>
    <w:sectPr w:rsidR="00731E0F" w:rsidRPr="00731E0F" w:rsidSect="00034616">
      <w:pgSz w:w="11906" w:h="16838"/>
      <w:pgMar w:top="1361" w:right="1446" w:bottom="1361" w:left="1446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FD41EB"/>
    <w:multiLevelType w:val="hybridMultilevel"/>
    <w:tmpl w:val="32D0CCD4"/>
    <w:lvl w:ilvl="0" w:tplc="192E6B3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1F2933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10A69"/>
    <w:multiLevelType w:val="hybridMultilevel"/>
    <w:tmpl w:val="CA165638"/>
    <w:lvl w:ilvl="0" w:tplc="BE28AA46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1F2933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778076">
    <w:abstractNumId w:val="8"/>
  </w:num>
  <w:num w:numId="2" w16cid:durableId="571738321">
    <w:abstractNumId w:val="6"/>
  </w:num>
  <w:num w:numId="3" w16cid:durableId="1000281408">
    <w:abstractNumId w:val="5"/>
  </w:num>
  <w:num w:numId="4" w16cid:durableId="1777941484">
    <w:abstractNumId w:val="4"/>
  </w:num>
  <w:num w:numId="5" w16cid:durableId="154810050">
    <w:abstractNumId w:val="7"/>
  </w:num>
  <w:num w:numId="6" w16cid:durableId="32468250">
    <w:abstractNumId w:val="3"/>
  </w:num>
  <w:num w:numId="7" w16cid:durableId="2060207791">
    <w:abstractNumId w:val="2"/>
  </w:num>
  <w:num w:numId="8" w16cid:durableId="1423838982">
    <w:abstractNumId w:val="1"/>
  </w:num>
  <w:num w:numId="9" w16cid:durableId="1880431887">
    <w:abstractNumId w:val="0"/>
  </w:num>
  <w:num w:numId="10" w16cid:durableId="387456999">
    <w:abstractNumId w:val="9"/>
  </w:num>
  <w:num w:numId="11" w16cid:durableId="11077688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28A2"/>
    <w:rsid w:val="00034616"/>
    <w:rsid w:val="0006063C"/>
    <w:rsid w:val="0015074B"/>
    <w:rsid w:val="00292C54"/>
    <w:rsid w:val="0029639D"/>
    <w:rsid w:val="00326F90"/>
    <w:rsid w:val="004A2463"/>
    <w:rsid w:val="00725C8D"/>
    <w:rsid w:val="00731E0F"/>
    <w:rsid w:val="009A0B98"/>
    <w:rsid w:val="009C0242"/>
    <w:rsid w:val="00AA1D8D"/>
    <w:rsid w:val="00B47730"/>
    <w:rsid w:val="00CB0664"/>
    <w:rsid w:val="00DC55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770A8"/>
  <w14:defaultImageDpi w14:val="300"/>
  <w15:docId w15:val="{E6D21F93-432F-4176-82A6-B1FA0D83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6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kobling">
    <w:name w:val="Hyperlink"/>
    <w:basedOn w:val="Standardskriftforavsnitt"/>
    <w:uiPriority w:val="99"/>
    <w:unhideWhenUsed/>
    <w:rsid w:val="00731E0F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31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inger.lise.stokkeland.velazco@kristiansand.kommune.no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ilde.seim.olimstad@kristiansand.kommun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bd78e8-816b-4232-b21b-0e66c7bee72c"/>
    <lcf76f155ced4ddcb4097134ff3c332f xmlns="33500339-823e-468b-895a-1d0f2c1b78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49AA7FD5E4C644B5902E66B7DDD698" ma:contentTypeVersion="13" ma:contentTypeDescription="Opprett et nytt dokument." ma:contentTypeScope="" ma:versionID="723942aa79df3d54108643e0de8097a5">
  <xsd:schema xmlns:xsd="http://www.w3.org/2001/XMLSchema" xmlns:xs="http://www.w3.org/2001/XMLSchema" xmlns:p="http://schemas.microsoft.com/office/2006/metadata/properties" xmlns:ns2="33500339-823e-468b-895a-1d0f2c1b789f" xmlns:ns3="93bd78e8-816b-4232-b21b-0e66c7bee72c" targetNamespace="http://schemas.microsoft.com/office/2006/metadata/properties" ma:root="true" ma:fieldsID="80e4271ba4c74872462333d20fb5569e" ns2:_="" ns3:_="">
    <xsd:import namespace="33500339-823e-468b-895a-1d0f2c1b789f"/>
    <xsd:import namespace="93bd78e8-816b-4232-b21b-0e66c7bee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0339-823e-468b-895a-1d0f2c1b7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d78e8-816b-4232-b21b-0e66c7bee7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f18c892-9a4c-4b3b-8069-a4df972b025a}" ma:internalName="TaxCatchAll" ma:showField="CatchAllData" ma:web="93bd78e8-816b-4232-b21b-0e66c7bee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57F2A6-3D9E-4609-9AFF-833FF329EF92}">
  <ds:schemaRefs>
    <ds:schemaRef ds:uri="http://schemas.microsoft.com/office/2006/metadata/properties"/>
    <ds:schemaRef ds:uri="http://schemas.microsoft.com/office/infopath/2007/PartnerControls"/>
    <ds:schemaRef ds:uri="93bd78e8-816b-4232-b21b-0e66c7bee72c"/>
    <ds:schemaRef ds:uri="33500339-823e-468b-895a-1d0f2c1b789f"/>
  </ds:schemaRefs>
</ds:datastoreItem>
</file>

<file path=customXml/itemProps2.xml><?xml version="1.0" encoding="utf-8"?>
<ds:datastoreItem xmlns:ds="http://schemas.openxmlformats.org/officeDocument/2006/customXml" ds:itemID="{250C4D3D-F9B4-4030-9654-CB9468E33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E10DA7-8659-4572-A688-DE9CC67DA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0339-823e-468b-895a-1d0f2c1b789f"/>
    <ds:schemaRef ds:uri="93bd78e8-816b-4232-b21b-0e66c7be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Meldeskjema – ny elev</vt:lpstr>
      <vt:lpstr/>
    </vt:vector>
  </TitlesOfParts>
  <Manager/>
  <Company/>
  <LinksUpToDate>false</LinksUpToDate>
  <CharactersWithSpaces>1062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Meldeskjema – ny elev</dc:title>
  <dc:subject>Skjema for elev som bytter skole</dc:subject>
  <dc:creator>Mottaksskolen</dc:creator>
  <cp:keywords/>
  <dc:description>generated by python-docx</dc:description>
  <cp:lastModifiedBy>Inger Lise Stokkeland Velazco</cp:lastModifiedBy>
  <cp:revision>2</cp:revision>
  <cp:lastPrinted>2026-08-24T10:53:00Z</cp:lastPrinted>
  <dcterms:created xsi:type="dcterms:W3CDTF">2026-08-24T12:13:00Z</dcterms:created>
  <dcterms:modified xsi:type="dcterms:W3CDTF">2026-08-24T12:13:00Z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0x010100A349AA7FD5E4C644B5902E66B7DDD698</vt:lpwstr>
  </property>
  <property fmtid="{D5CDD505-2E9C-101B-9397-08002B2CF9AE}" pid="3" name="MediaServiceImageTags">
    <vt:lpwstr/>
  </property>
</Properties>
</file>